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Vacatureformulier voor sportclubs</w:t>
      </w:r>
    </w:p>
    <w:p>
      <w:pPr>
        <w:spacing w:after="60"/>
      </w:pPr>
      <w:r>
        <w:t>Vul de gegevens in om de vacature van uw club aan te leveren.</w:t>
        <w:br/>
        <w:t>Korte antwoorden zijn voldoende.</w:t>
      </w:r>
    </w:p>
    <w:p>
      <w:pPr>
        <w:pStyle w:val="Heading1"/>
      </w:pPr>
      <w:r>
        <w:t>1 Clubgegevens</w:t>
      </w:r>
    </w:p>
    <w:p>
      <w:pPr>
        <w:tabs>
          <w:tab w:pos="3125" w:val="left"/>
        </w:tabs>
        <w:spacing w:after="140" w:line="300" w:lineRule="exact"/>
        <w:pBdr>
          <w:bottom w:val="single" w:sz="4" w:color="D9D9D9" w:space="3"/>
        </w:pBdr>
      </w:pPr>
      <w:r>
        <w:rPr>
          <w:b/>
        </w:rPr>
        <w:t>Naam van de club</w:t>
      </w:r>
      <w:r>
        <w:tab/>
      </w:r>
      <w:sdt>
        <w:sdtPr>
          <w:alias w:val="clubnaam"/>
          <w:tag w:val="clubnaam"/>
          <w:id w:val="101"/>
          <w:text/>
        </w:sdtPr>
        <w:sdtContent>
          <w:r>
            <w:rPr>
              <w:rFonts w:ascii="Arial" w:hAnsi="Arial"/>
              <w:sz w:val="20"/>
              <w:color w:val="595959"/>
            </w:rPr>
            <w:t>[Vul in]</w:t>
          </w:r>
        </w:sdtContent>
      </w:sdt>
    </w:p>
    <w:p>
      <w:pPr>
        <w:tabs>
          <w:tab w:pos="3125" w:val="left"/>
        </w:tabs>
        <w:spacing w:after="140" w:line="300" w:lineRule="exact"/>
        <w:pBdr>
          <w:bottom w:val="single" w:sz="4" w:color="D9D9D9" w:space="3"/>
        </w:pBdr>
      </w:pPr>
      <w:r>
        <w:rPr>
          <w:b/>
        </w:rPr>
        <w:t>Plaats</w:t>
      </w:r>
      <w:r>
        <w:tab/>
      </w:r>
      <w:sdt>
        <w:sdtPr>
          <w:alias w:val="plaats"/>
          <w:tag w:val="plaats"/>
          <w:id w:val="102"/>
          <w:text/>
        </w:sdtPr>
        <w:sdtContent>
          <w:r>
            <w:rPr>
              <w:rFonts w:ascii="Arial" w:hAnsi="Arial"/>
              <w:sz w:val="20"/>
              <w:color w:val="595959"/>
            </w:rPr>
            <w:t>[Vul in]</w:t>
          </w:r>
        </w:sdtContent>
      </w:sdt>
    </w:p>
    <w:p>
      <w:pPr>
        <w:tabs>
          <w:tab w:pos="3125" w:val="left"/>
        </w:tabs>
        <w:spacing w:after="140" w:line="300" w:lineRule="exact"/>
        <w:pBdr>
          <w:bottom w:val="single" w:sz="4" w:color="D9D9D9" w:space="3"/>
        </w:pBdr>
      </w:pPr>
      <w:r>
        <w:rPr>
          <w:b/>
        </w:rPr>
        <w:t>Sport en team of niveau</w:t>
      </w:r>
      <w:r>
        <w:tab/>
      </w:r>
      <w:sdt>
        <w:sdtPr>
          <w:alias w:val="sport team"/>
          <w:tag w:val="sport_team"/>
          <w:id w:val="103"/>
          <w:text/>
        </w:sdtPr>
        <w:sdtContent>
          <w:r>
            <w:rPr>
              <w:rFonts w:ascii="Arial" w:hAnsi="Arial"/>
              <w:sz w:val="20"/>
              <w:color w:val="595959"/>
            </w:rPr>
            <w:t>[Vul in]</w:t>
          </w:r>
        </w:sdtContent>
      </w:sdt>
    </w:p>
    <w:p>
      <w:pPr>
        <w:pStyle w:val="Heading1"/>
      </w:pPr>
      <w:r>
        <w:t>2 Vacaturegegevens</w:t>
      </w:r>
    </w:p>
    <w:p>
      <w:pPr>
        <w:tabs>
          <w:tab w:pos="3125" w:val="left"/>
        </w:tabs>
        <w:spacing w:after="140" w:line="300" w:lineRule="exact"/>
        <w:pBdr>
          <w:bottom w:val="single" w:sz="4" w:color="D9D9D9" w:space="3"/>
        </w:pBdr>
      </w:pPr>
      <w:r>
        <w:rPr>
          <w:b/>
        </w:rPr>
        <w:t>Functie</w:t>
      </w:r>
      <w:r>
        <w:tab/>
      </w:r>
      <w:sdt>
        <w:sdtPr>
          <w:alias w:val="functie"/>
          <w:tag w:val="functie"/>
          <w:id w:val="104"/>
          <w:text/>
        </w:sdtPr>
        <w:sdtContent>
          <w:r>
            <w:rPr>
              <w:rFonts w:ascii="Arial" w:hAnsi="Arial"/>
              <w:sz w:val="20"/>
              <w:color w:val="595959"/>
            </w:rPr>
            <w:t>[Bijv. sportverzorger of fysiotherapeut]</w:t>
          </w:r>
        </w:sdtContent>
      </w:sdt>
    </w:p>
    <w:p>
      <w:pPr>
        <w:tabs>
          <w:tab w:pos="3125" w:val="left"/>
        </w:tabs>
        <w:spacing w:after="140" w:line="300" w:lineRule="exact"/>
        <w:pBdr>
          <w:bottom w:val="single" w:sz="4" w:color="D9D9D9" w:space="3"/>
        </w:pBdr>
      </w:pPr>
      <w:r>
        <w:rPr>
          <w:b/>
        </w:rPr>
        <w:t>Soort functie</w:t>
      </w:r>
      <w:r>
        <w:tab/>
      </w:r>
      <w:sdt>
        <w:sdtPr>
          <w:alias w:val="soort functie"/>
          <w:tag w:val="soort_functie"/>
          <w:id w:val="105"/>
          <w:text/>
        </w:sdtPr>
        <w:sdtContent>
          <w:r>
            <w:rPr>
              <w:rFonts w:ascii="Arial" w:hAnsi="Arial"/>
              <w:sz w:val="20"/>
              <w:color w:val="595959"/>
            </w:rPr>
            <w:t>[Vrijwilliger / loondienst / zzp / in overleg]</w:t>
          </w:r>
        </w:sdtContent>
      </w:sdt>
    </w:p>
    <w:p>
      <w:pPr>
        <w:tabs>
          <w:tab w:pos="3125" w:val="left"/>
        </w:tabs>
        <w:spacing w:after="140" w:line="300" w:lineRule="exact"/>
        <w:pBdr>
          <w:bottom w:val="single" w:sz="4" w:color="D9D9D9" w:space="3"/>
        </w:pBdr>
      </w:pPr>
      <w:r>
        <w:rPr>
          <w:b/>
        </w:rPr>
        <w:t>Gewenste startdatum</w:t>
      </w:r>
      <w:r>
        <w:tab/>
      </w:r>
      <w:sdt>
        <w:sdtPr>
          <w:alias w:val="startdatum"/>
          <w:tag w:val="startdatum"/>
          <w:id w:val="106"/>
          <w:text/>
        </w:sdtPr>
        <w:sdtContent>
          <w:r>
            <w:rPr>
              <w:rFonts w:ascii="Arial" w:hAnsi="Arial"/>
              <w:sz w:val="20"/>
              <w:color w:val="595959"/>
            </w:rPr>
            <w:t>[Datum of in overleg]</w:t>
          </w:r>
        </w:sdtContent>
      </w:sdt>
    </w:p>
    <w:p>
      <w:pPr>
        <w:tabs>
          <w:tab w:pos="3125" w:val="left"/>
        </w:tabs>
        <w:spacing w:after="140" w:line="300" w:lineRule="exact"/>
        <w:pBdr>
          <w:bottom w:val="single" w:sz="4" w:color="D9D9D9" w:space="3"/>
        </w:pBdr>
      </w:pPr>
      <w:r>
        <w:rPr>
          <w:b/>
        </w:rPr>
        <w:t>Uren per week</w:t>
      </w:r>
      <w:r>
        <w:tab/>
      </w:r>
      <w:sdt>
        <w:sdtPr>
          <w:alias w:val="uren"/>
          <w:tag w:val="uren"/>
          <w:id w:val="107"/>
          <w:text/>
        </w:sdtPr>
        <w:sdtContent>
          <w:r>
            <w:rPr>
              <w:rFonts w:ascii="Arial" w:hAnsi="Arial"/>
              <w:sz w:val="20"/>
              <w:color w:val="595959"/>
            </w:rPr>
            <w:t>[Aantal of in overleg]</w:t>
          </w:r>
        </w:sdtContent>
      </w:sdt>
    </w:p>
    <w:p>
      <w:pPr>
        <w:tabs>
          <w:tab w:pos="3125" w:val="left"/>
        </w:tabs>
        <w:spacing w:after="140" w:line="300" w:lineRule="exact"/>
        <w:pBdr>
          <w:bottom w:val="single" w:sz="4" w:color="D9D9D9" w:space="3"/>
        </w:pBdr>
      </w:pPr>
      <w:r>
        <w:rPr>
          <w:b/>
        </w:rPr>
        <w:t>Dagen en tijden</w:t>
      </w:r>
      <w:r>
        <w:tab/>
      </w:r>
      <w:sdt>
        <w:sdtPr>
          <w:alias w:val="dagen tijden"/>
          <w:tag w:val="dagen_tijden"/>
          <w:id w:val="108"/>
          <w:text/>
        </w:sdtPr>
        <w:sdtContent>
          <w:r>
            <w:rPr>
              <w:rFonts w:ascii="Arial" w:hAnsi="Arial"/>
              <w:sz w:val="20"/>
              <w:color w:val="595959"/>
            </w:rPr>
            <w:t>[Bijv. trainingsavonden en wedstrijddagen]</w:t>
          </w:r>
        </w:sdtContent>
      </w:sdt>
    </w:p>
    <w:p>
      <w:pPr>
        <w:keepNext/>
        <w:spacing w:before="20" w:after="60"/>
      </w:pPr>
      <w:r>
        <w:rPr>
          <w:b/>
        </w:rPr>
        <w:t>Belangrijkste werkzaamheden</w:t>
      </w:r>
    </w:p>
    <w:p>
      <w:pPr>
        <w:spacing w:after="100" w:line="230" w:lineRule="exact"/>
        <w:pBdr>
          <w:bottom w:val="single" w:sz="4" w:color="D9D9D9" w:space="3"/>
        </w:pBdr>
      </w:pPr>
      <w:sdt>
        <w:sdtPr>
          <w:alias w:val="werkzaamheden"/>
          <w:tag w:val="werkzaamheden"/>
          <w:id w:val="109"/>
          <w:text w:multiLine="1"/>
        </w:sdtPr>
        <w:sdtContent>
          <w:r>
            <w:rPr>
              <w:rFonts w:ascii="Arial" w:hAnsi="Arial"/>
              <w:sz w:val="20"/>
              <w:color w:val="595959"/>
            </w:rPr>
            <w:t>[Wat gaat de nieuwe medewerker doen?]</w:t>
            <w:br/>
            <w:br/>
          </w:r>
        </w:sdtContent>
      </w:sdt>
    </w:p>
    <w:p>
      <w:pPr>
        <w:keepNext/>
        <w:spacing w:before="20" w:after="60"/>
      </w:pPr>
      <w:r>
        <w:rPr>
          <w:b/>
        </w:rPr>
        <w:t>Gewenste opleiding en ervaring</w:t>
      </w:r>
    </w:p>
    <w:p>
      <w:pPr>
        <w:spacing w:after="100" w:line="230" w:lineRule="exact"/>
        <w:pBdr>
          <w:bottom w:val="single" w:sz="4" w:color="D9D9D9" w:space="3"/>
        </w:pBdr>
      </w:pPr>
      <w:sdt>
        <w:sdtPr>
          <w:alias w:val="opleiding ervaring"/>
          <w:tag w:val="opleiding_ervaring"/>
          <w:id w:val="110"/>
          <w:text w:multiLine="1"/>
        </w:sdtPr>
        <w:sdtContent>
          <w:r>
            <w:rPr>
              <w:rFonts w:ascii="Arial" w:hAnsi="Arial"/>
              <w:sz w:val="20"/>
              <w:color w:val="595959"/>
            </w:rPr>
            <w:t>[Welke opleiding, ervaring of vaardigheden zoekt u?]</w:t>
            <w:br/>
            <w:br/>
          </w:r>
        </w:sdtContent>
      </w:sdt>
    </w:p>
    <w:p>
      <w:pPr>
        <w:keepNext/>
        <w:spacing w:before="20" w:after="60"/>
      </w:pPr>
      <w:r>
        <w:rPr>
          <w:b/>
        </w:rPr>
        <w:t>Vergoeding en wat uw club biedt</w:t>
      </w:r>
    </w:p>
    <w:p>
      <w:pPr>
        <w:spacing w:after="100" w:line="230" w:lineRule="exact"/>
        <w:pBdr>
          <w:bottom w:val="single" w:sz="4" w:color="D9D9D9" w:space="3"/>
        </w:pBdr>
      </w:pPr>
      <w:sdt>
        <w:sdtPr>
          <w:alias w:val="vergoeding aanbod"/>
          <w:tag w:val="vergoeding_aanbod"/>
          <w:id w:val="111"/>
          <w:text w:multiLine="1"/>
        </w:sdtPr>
        <w:sdtContent>
          <w:r>
            <w:rPr>
              <w:rFonts w:ascii="Arial" w:hAnsi="Arial"/>
              <w:sz w:val="20"/>
              <w:color w:val="595959"/>
            </w:rPr>
            <w:t>[Bijv. vergoeding, materialen of opleidingsmogelijkheden]</w:t>
            <w:br/>
            <w:br/>
          </w:r>
        </w:sdtContent>
      </w:sdt>
    </w:p>
    <w:p>
      <w:pPr>
        <w:pStyle w:val="Heading1"/>
      </w:pPr>
      <w:r>
        <w:t>3 Contact en reageren</w:t>
      </w:r>
    </w:p>
    <w:p>
      <w:pPr>
        <w:tabs>
          <w:tab w:pos="3125" w:val="left"/>
        </w:tabs>
        <w:spacing w:after="140" w:line="300" w:lineRule="exact"/>
        <w:pBdr>
          <w:bottom w:val="single" w:sz="4" w:color="D9D9D9" w:space="3"/>
        </w:pBdr>
      </w:pPr>
      <w:r>
        <w:rPr>
          <w:b/>
        </w:rPr>
        <w:t>Contactpersoon</w:t>
      </w:r>
      <w:r>
        <w:tab/>
      </w:r>
      <w:sdt>
        <w:sdtPr>
          <w:alias w:val="contactpersoon"/>
          <w:tag w:val="contactpersoon"/>
          <w:id w:val="112"/>
          <w:text/>
        </w:sdtPr>
        <w:sdtContent>
          <w:r>
            <w:rPr>
              <w:rFonts w:ascii="Arial" w:hAnsi="Arial"/>
              <w:sz w:val="20"/>
              <w:color w:val="595959"/>
            </w:rPr>
            <w:t>[Naam en functie binnen de club]</w:t>
          </w:r>
        </w:sdtContent>
      </w:sdt>
    </w:p>
    <w:p>
      <w:pPr>
        <w:tabs>
          <w:tab w:pos="3125" w:val="left"/>
        </w:tabs>
        <w:spacing w:after="140" w:line="300" w:lineRule="exact"/>
        <w:pBdr>
          <w:bottom w:val="single" w:sz="4" w:color="D9D9D9" w:space="3"/>
        </w:pBdr>
      </w:pPr>
      <w:r>
        <w:rPr>
          <w:b/>
        </w:rPr>
        <w:t>E-mailadres voor reacties</w:t>
      </w:r>
      <w:r>
        <w:tab/>
      </w:r>
      <w:sdt>
        <w:sdtPr>
          <w:alias w:val="email"/>
          <w:tag w:val="email"/>
          <w:id w:val="113"/>
          <w:text/>
        </w:sdtPr>
        <w:sdtContent>
          <w:r>
            <w:rPr>
              <w:rFonts w:ascii="Arial" w:hAnsi="Arial"/>
              <w:sz w:val="20"/>
              <w:color w:val="595959"/>
            </w:rPr>
            <w:t>[Vul in]</w:t>
          </w:r>
        </w:sdtContent>
      </w:sdt>
    </w:p>
    <w:p>
      <w:pPr>
        <w:tabs>
          <w:tab w:pos="3125" w:val="left"/>
        </w:tabs>
        <w:spacing w:after="140" w:line="300" w:lineRule="exact"/>
        <w:pBdr>
          <w:bottom w:val="single" w:sz="4" w:color="D9D9D9" w:space="3"/>
        </w:pBdr>
      </w:pPr>
      <w:r>
        <w:rPr>
          <w:b/>
        </w:rPr>
        <w:t>Telefoon optioneel</w:t>
      </w:r>
      <w:r>
        <w:tab/>
      </w:r>
      <w:sdt>
        <w:sdtPr>
          <w:alias w:val="telefoon"/>
          <w:tag w:val="telefoon"/>
          <w:id w:val="114"/>
          <w:text/>
        </w:sdtPr>
        <w:sdtContent>
          <w:r>
            <w:rPr>
              <w:rFonts w:ascii="Arial" w:hAnsi="Arial"/>
              <w:sz w:val="20"/>
              <w:color w:val="595959"/>
            </w:rPr>
            <w:t>[Optioneel]</w:t>
          </w:r>
        </w:sdtContent>
      </w:sdt>
    </w:p>
    <w:p>
      <w:pPr>
        <w:tabs>
          <w:tab w:pos="3125" w:val="left"/>
        </w:tabs>
        <w:spacing w:after="140" w:line="300" w:lineRule="exact"/>
        <w:pBdr>
          <w:bottom w:val="single" w:sz="4" w:color="D9D9D9" w:space="3"/>
        </w:pBdr>
      </w:pPr>
      <w:r>
        <w:rPr>
          <w:b/>
        </w:rPr>
        <w:t>Uiterste reactiedatum</w:t>
      </w:r>
      <w:r>
        <w:tab/>
      </w:r>
      <w:sdt>
        <w:sdtPr>
          <w:alias w:val="reactiedatum"/>
          <w:tag w:val="reactiedatum"/>
          <w:id w:val="115"/>
          <w:text/>
        </w:sdtPr>
        <w:sdtContent>
          <w:r>
            <w:rPr>
              <w:rFonts w:ascii="Arial" w:hAnsi="Arial"/>
              <w:sz w:val="20"/>
              <w:color w:val="595959"/>
            </w:rPr>
            <w:t>[Datum of doorlopend]</w:t>
          </w:r>
        </w:sdtContent>
      </w:sdt>
    </w:p>
    <w:sectPr w:rsidR="00FC693F" w:rsidRPr="0006063C" w:rsidSect="00034616">
      <w:footerReference w:type="default" r:id="rId9"/>
      <w:pgSz w:w="12240" w:h="15840"/>
      <w:pgMar w:top="821" w:right="893" w:bottom="936" w:left="893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40" w:lineRule="auto"/>
    </w:pPr>
    <w:r>
      <w:rPr>
        <w:rFonts w:ascii="Arial" w:hAnsi="Arial"/>
        <w:color w:val="595959"/>
        <w:sz w:val="16"/>
      </w:rPr>
      <w:t>Vermeld alleen contactgegevens die bij de vacature mogen worden gepubliceerd.</w:t>
      <w:br/>
      <w:t>Sla het ingevulde formulier op voordat u het terugstuurt.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color w:val="000000"/>
      <w:sz w:val="20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0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Vacatureformulier voor sportclubs</dc:title>
  <dc:subject>Formulier om een vacature bij een sportclub aan te leveren</dc:subject>
  <dc:creator>Albert</dc:creator>
  <cp:keywords>vacatureformulier, sportclub, vereniging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